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858000" cy="1028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todiska_darba_prioritate_2026_2027_jaun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287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0800" w:h="1620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